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272"/>
      </w:tblGrid>
      <w:tr w:rsidR="00AD6B50" w14:paraId="12562E54" w14:textId="77777777">
        <w:trPr>
          <w:jc w:val="center"/>
        </w:trPr>
        <w:tc>
          <w:tcPr>
            <w:tcW w:w="10312" w:type="dxa"/>
            <w:tcBorders>
              <w:top w:val="single" w:sz="16" w:space="0" w:color="1F4E79"/>
              <w:left w:val="single" w:sz="16" w:space="0" w:color="1F4E79"/>
              <w:bottom w:val="single" w:sz="16" w:space="0" w:color="1F4E79"/>
              <w:right w:val="single" w:sz="16" w:space="0" w:color="1F4E79"/>
            </w:tcBorders>
            <w:shd w:val="clear" w:color="auto" w:fill="DCE6F1"/>
          </w:tcPr>
          <w:p w14:paraId="0C9A6FC9" w14:textId="77777777" w:rsidR="00AD6B50" w:rsidRDefault="00D121C1">
            <w:pPr>
              <w:spacing w:before="160" w:after="40"/>
              <w:jc w:val="center"/>
            </w:pPr>
            <w:r>
              <w:rPr>
                <w:rFonts w:ascii="Aptos Display" w:hAnsi="Aptos Display"/>
                <w:b/>
                <w:color w:val="173A5E"/>
                <w:sz w:val="36"/>
              </w:rPr>
              <w:t>ΑΙΤΗΣΗ ΣΥΜΜΕΤΟΧΗΣ</w:t>
            </w:r>
          </w:p>
          <w:p w14:paraId="1BBF36F5" w14:textId="77777777" w:rsidR="00AD6B50" w:rsidRDefault="00D121C1">
            <w:pPr>
              <w:spacing w:after="40"/>
              <w:jc w:val="center"/>
            </w:pPr>
            <w:r>
              <w:rPr>
                <w:b/>
                <w:color w:val="1F4E79"/>
                <w:sz w:val="28"/>
              </w:rPr>
              <w:t>Θερινό Σχολείο Πολιτικής Οικονομίας</w:t>
            </w:r>
          </w:p>
          <w:p w14:paraId="11AC0CAE" w14:textId="77777777" w:rsidR="00AD6B50" w:rsidRDefault="00D121C1">
            <w:pPr>
              <w:spacing w:after="40"/>
              <w:jc w:val="center"/>
            </w:pPr>
            <w:r>
              <w:rPr>
                <w:i/>
                <w:color w:val="5B6570"/>
              </w:rPr>
              <w:t>Επιστημονική Εταιρεία Πολιτικής Οικονομίας</w:t>
            </w:r>
          </w:p>
          <w:p w14:paraId="106F211E" w14:textId="77777777" w:rsidR="00AD6B50" w:rsidRDefault="00D121C1">
            <w:pPr>
              <w:spacing w:after="160"/>
              <w:jc w:val="center"/>
            </w:pPr>
            <w:proofErr w:type="spellStart"/>
            <w:r>
              <w:rPr>
                <w:b/>
                <w:color w:val="173A5E"/>
                <w:sz w:val="21"/>
              </w:rPr>
              <w:t>Πάντειο</w:t>
            </w:r>
            <w:proofErr w:type="spellEnd"/>
            <w:r>
              <w:rPr>
                <w:b/>
                <w:color w:val="173A5E"/>
                <w:sz w:val="21"/>
              </w:rPr>
              <w:t xml:space="preserve"> Πανεπιστήμιο | 16–19 Ιουλίου</w:t>
            </w:r>
          </w:p>
        </w:tc>
      </w:tr>
    </w:tbl>
    <w:p w14:paraId="0F3C095C" w14:textId="77777777" w:rsidR="00AD6B50" w:rsidRDefault="00AD6B50"/>
    <w:p w14:paraId="0D3FD4C8" w14:textId="77777777" w:rsidR="00AD6B50" w:rsidRDefault="00AD6B50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397"/>
        <w:gridCol w:w="6889"/>
      </w:tblGrid>
      <w:tr w:rsidR="00AD6B50" w14:paraId="04F4D4E9" w14:textId="77777777">
        <w:trPr>
          <w:jc w:val="center"/>
        </w:trPr>
        <w:tc>
          <w:tcPr>
            <w:tcW w:w="10312" w:type="dxa"/>
            <w:gridSpan w:val="2"/>
            <w:tcBorders>
              <w:top w:val="single" w:sz="10" w:space="0" w:color="1F4E79"/>
              <w:left w:val="single" w:sz="10" w:space="0" w:color="1F4E79"/>
              <w:bottom w:val="single" w:sz="10" w:space="0" w:color="1F4E79"/>
              <w:right w:val="single" w:sz="10" w:space="0" w:color="1F4E79"/>
            </w:tcBorders>
            <w:shd w:val="clear" w:color="auto" w:fill="1F4E79"/>
            <w:vAlign w:val="center"/>
          </w:tcPr>
          <w:p w14:paraId="64D2C5A2" w14:textId="77777777" w:rsidR="00AD6B50" w:rsidRDefault="00D121C1">
            <w:pPr>
              <w:spacing w:before="60" w:after="60"/>
            </w:pPr>
            <w:r>
              <w:rPr>
                <w:b/>
                <w:color w:val="FFFFFF"/>
                <w:sz w:val="23"/>
              </w:rPr>
              <w:t>1. Στοιχεία αιτούντος/αιτούσας</w:t>
            </w:r>
          </w:p>
        </w:tc>
      </w:tr>
      <w:tr w:rsidR="00AD6B50" w14:paraId="68C53B5B" w14:textId="77777777">
        <w:trPr>
          <w:jc w:val="center"/>
        </w:trPr>
        <w:tc>
          <w:tcPr>
            <w:tcW w:w="340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3F98A831" w14:textId="77777777" w:rsidR="00AD6B50" w:rsidRDefault="00D121C1">
            <w:pPr>
              <w:spacing w:after="0"/>
              <w:ind w:left="57"/>
            </w:pPr>
            <w:r>
              <w:rPr>
                <w:b/>
                <w:color w:val="173A5E"/>
                <w:sz w:val="21"/>
              </w:rPr>
              <w:t>Ονοματεπώνυμο</w:t>
            </w:r>
          </w:p>
        </w:tc>
        <w:tc>
          <w:tcPr>
            <w:tcW w:w="6123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5E792675" w14:textId="77777777" w:rsidR="00AD6B50" w:rsidRDefault="00AD6B50">
            <w:pPr>
              <w:spacing w:before="80" w:after="80"/>
            </w:pPr>
          </w:p>
        </w:tc>
      </w:tr>
      <w:tr w:rsidR="00AD6B50" w14:paraId="4D25FB20" w14:textId="77777777">
        <w:trPr>
          <w:jc w:val="center"/>
        </w:trPr>
        <w:tc>
          <w:tcPr>
            <w:tcW w:w="340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7182FEA1" w14:textId="77777777" w:rsidR="00AD6B50" w:rsidRDefault="00D121C1">
            <w:pPr>
              <w:spacing w:after="0"/>
              <w:ind w:left="57"/>
            </w:pPr>
            <w:r>
              <w:rPr>
                <w:b/>
                <w:color w:val="173A5E"/>
                <w:sz w:val="21"/>
              </w:rPr>
              <w:t>Ημερομηνία γέννησης</w:t>
            </w:r>
          </w:p>
        </w:tc>
        <w:tc>
          <w:tcPr>
            <w:tcW w:w="6123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496F47E5" w14:textId="77777777" w:rsidR="00AD6B50" w:rsidRDefault="00AD6B50">
            <w:pPr>
              <w:spacing w:before="80" w:after="80"/>
            </w:pPr>
          </w:p>
        </w:tc>
      </w:tr>
      <w:tr w:rsidR="00AD6B50" w14:paraId="08FE978C" w14:textId="77777777">
        <w:trPr>
          <w:jc w:val="center"/>
        </w:trPr>
        <w:tc>
          <w:tcPr>
            <w:tcW w:w="340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451FD9C9" w14:textId="77777777" w:rsidR="00AD6B50" w:rsidRDefault="00D121C1">
            <w:pPr>
              <w:spacing w:after="0"/>
              <w:ind w:left="57"/>
            </w:pPr>
            <w:r>
              <w:rPr>
                <w:b/>
                <w:color w:val="173A5E"/>
                <w:sz w:val="21"/>
              </w:rPr>
              <w:t>Ηλεκτρονική διεύθυνση</w:t>
            </w:r>
          </w:p>
        </w:tc>
        <w:tc>
          <w:tcPr>
            <w:tcW w:w="6123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71F2C1B8" w14:textId="77777777" w:rsidR="00AD6B50" w:rsidRDefault="00AD6B50">
            <w:pPr>
              <w:spacing w:before="80" w:after="80"/>
            </w:pPr>
          </w:p>
        </w:tc>
      </w:tr>
      <w:tr w:rsidR="00AD6B50" w14:paraId="70199987" w14:textId="77777777">
        <w:trPr>
          <w:jc w:val="center"/>
        </w:trPr>
        <w:tc>
          <w:tcPr>
            <w:tcW w:w="340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2A089853" w14:textId="77777777" w:rsidR="00AD6B50" w:rsidRDefault="00D121C1">
            <w:pPr>
              <w:spacing w:after="0"/>
              <w:ind w:left="57"/>
            </w:pPr>
            <w:r>
              <w:rPr>
                <w:b/>
                <w:color w:val="173A5E"/>
                <w:sz w:val="21"/>
              </w:rPr>
              <w:t>Τηλέφωνο επικοινωνίας</w:t>
            </w:r>
          </w:p>
        </w:tc>
        <w:tc>
          <w:tcPr>
            <w:tcW w:w="6123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26C8600D" w14:textId="77777777" w:rsidR="00AD6B50" w:rsidRDefault="00AD6B50">
            <w:pPr>
              <w:spacing w:before="80" w:after="80"/>
            </w:pPr>
          </w:p>
        </w:tc>
      </w:tr>
      <w:tr w:rsidR="00AD6B50" w14:paraId="4A7686E9" w14:textId="77777777">
        <w:trPr>
          <w:jc w:val="center"/>
        </w:trPr>
        <w:tc>
          <w:tcPr>
            <w:tcW w:w="340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2123C2D6" w14:textId="77777777" w:rsidR="00AD6B50" w:rsidRDefault="00D121C1">
            <w:pPr>
              <w:spacing w:after="0"/>
              <w:ind w:left="57"/>
            </w:pPr>
            <w:r>
              <w:rPr>
                <w:b/>
                <w:color w:val="173A5E"/>
                <w:sz w:val="21"/>
              </w:rPr>
              <w:t>Πόλη / Χώρα διαμονής</w:t>
            </w:r>
          </w:p>
        </w:tc>
        <w:tc>
          <w:tcPr>
            <w:tcW w:w="6123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73F649B4" w14:textId="77777777" w:rsidR="00AD6B50" w:rsidRDefault="00AD6B50">
            <w:pPr>
              <w:spacing w:before="80" w:after="80"/>
            </w:pPr>
          </w:p>
        </w:tc>
      </w:tr>
    </w:tbl>
    <w:p w14:paraId="402270B0" w14:textId="77777777" w:rsidR="00AD6B50" w:rsidRDefault="00AD6B50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286"/>
      </w:tblGrid>
      <w:tr w:rsidR="00AD6B50" w14:paraId="1F500EDC" w14:textId="77777777">
        <w:trPr>
          <w:jc w:val="center"/>
        </w:trPr>
        <w:tc>
          <w:tcPr>
            <w:tcW w:w="10312" w:type="dxa"/>
            <w:tcBorders>
              <w:top w:val="single" w:sz="10" w:space="0" w:color="1F4E79"/>
              <w:left w:val="single" w:sz="10" w:space="0" w:color="1F4E79"/>
              <w:bottom w:val="single" w:sz="10" w:space="0" w:color="1F4E79"/>
              <w:right w:val="single" w:sz="10" w:space="0" w:color="1F4E79"/>
            </w:tcBorders>
            <w:shd w:val="clear" w:color="auto" w:fill="1F4E79"/>
            <w:vAlign w:val="center"/>
          </w:tcPr>
          <w:p w14:paraId="0449D3D4" w14:textId="77777777" w:rsidR="00AD6B50" w:rsidRDefault="00D121C1">
            <w:pPr>
              <w:spacing w:before="60" w:after="60"/>
            </w:pPr>
            <w:r>
              <w:rPr>
                <w:b/>
                <w:color w:val="FFFFFF"/>
                <w:sz w:val="23"/>
              </w:rPr>
              <w:t>2. Ακαδημαϊκή ιδιότητα</w:t>
            </w:r>
          </w:p>
        </w:tc>
      </w:tr>
    </w:tbl>
    <w:p w14:paraId="5D56D327" w14:textId="77777777" w:rsidR="00AD6B50" w:rsidRDefault="00D121C1">
      <w:pPr>
        <w:spacing w:after="120"/>
      </w:pPr>
      <w:r>
        <w:rPr>
          <w:color w:val="222222"/>
          <w:sz w:val="21"/>
        </w:rPr>
        <w:t>Παρακαλούμε επιλέξτε την κατηγορία στην οποία ανήκετε κατά την ημερομηνία υποβολής της αίτησης.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312"/>
      </w:tblGrid>
      <w:tr w:rsidR="00AD6B50" w14:paraId="0C04BC0D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66EF7913" w14:textId="1DE6C78F" w:rsidR="00AD6B50" w:rsidRDefault="00D0731B">
            <w:pPr>
              <w:spacing w:before="60" w:after="60"/>
            </w:pPr>
            <w:sdt>
              <w:sdtPr>
                <w:id w:val="1703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410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121C1">
              <w:rPr>
                <w:color w:val="222222"/>
              </w:rPr>
              <w:t xml:space="preserve"> Μεταπτυχιακός/ή φοιτητής/</w:t>
            </w:r>
            <w:proofErr w:type="spellStart"/>
            <w:r w:rsidR="00D121C1">
              <w:rPr>
                <w:color w:val="222222"/>
              </w:rPr>
              <w:t>τρια</w:t>
            </w:r>
            <w:proofErr w:type="spellEnd"/>
            <w:r w:rsidR="00BF026E">
              <w:rPr>
                <w:color w:val="222222"/>
              </w:rPr>
              <w:t xml:space="preserve"> (εν ενεργεία ή απόφοιτος)</w:t>
            </w:r>
          </w:p>
        </w:tc>
      </w:tr>
      <w:tr w:rsidR="00AD6B50" w14:paraId="4E9F9F6C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2CAEF2A6" w14:textId="77777777" w:rsidR="00AD6B50" w:rsidRDefault="00D0731B">
            <w:pPr>
              <w:spacing w:before="60" w:after="60"/>
            </w:pPr>
            <w:sdt>
              <w:sdtPr>
                <w:id w:val="8606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21C1">
                  <w:t>☐</w:t>
                </w:r>
              </w:sdtContent>
            </w:sdt>
            <w:r w:rsidR="00D121C1">
              <w:rPr>
                <w:color w:val="222222"/>
              </w:rPr>
              <w:t xml:space="preserve"> Υποψήφιος/α διδάκτορας</w:t>
            </w:r>
          </w:p>
        </w:tc>
      </w:tr>
      <w:tr w:rsidR="00AD6B50" w14:paraId="7AA2AFCF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5CB3D942" w14:textId="5BAB46D1" w:rsidR="00AD6B50" w:rsidRDefault="00D0731B">
            <w:pPr>
              <w:spacing w:before="60" w:after="60"/>
            </w:pPr>
            <w:sdt>
              <w:sdtPr>
                <w:id w:val="4745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21C1">
                  <w:t>☐</w:t>
                </w:r>
              </w:sdtContent>
            </w:sdt>
            <w:r w:rsidR="00D121C1">
              <w:rPr>
                <w:color w:val="222222"/>
              </w:rPr>
              <w:t xml:space="preserve"> Νέος/α διδάκτορας έως </w:t>
            </w:r>
            <w:r w:rsidR="0015541A">
              <w:rPr>
                <w:color w:val="222222"/>
              </w:rPr>
              <w:t>δύο έτη</w:t>
            </w:r>
            <w:r w:rsidR="00D121C1">
              <w:rPr>
                <w:color w:val="222222"/>
              </w:rPr>
              <w:t xml:space="preserve"> από την αγόρευση της διδακτορικής διατριβής</w:t>
            </w:r>
          </w:p>
        </w:tc>
      </w:tr>
    </w:tbl>
    <w:p w14:paraId="4E3F9B8C" w14:textId="77777777" w:rsidR="00AD6B50" w:rsidRDefault="00AD6B50"/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082"/>
        <w:gridCol w:w="5443"/>
      </w:tblGrid>
      <w:tr w:rsidR="00AD6B50" w14:paraId="762C4004" w14:textId="77777777">
        <w:trPr>
          <w:jc w:val="center"/>
        </w:trPr>
        <w:tc>
          <w:tcPr>
            <w:tcW w:w="408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793F33BB" w14:textId="77777777" w:rsidR="00AD6B50" w:rsidRDefault="00D121C1">
            <w:pPr>
              <w:spacing w:after="0"/>
              <w:ind w:left="57"/>
            </w:pPr>
            <w:r>
              <w:rPr>
                <w:b/>
                <w:color w:val="173A5E"/>
                <w:sz w:val="21"/>
              </w:rPr>
              <w:t>Ίδρυμα / Πανεπιστήμιο</w:t>
            </w:r>
          </w:p>
        </w:tc>
        <w:tc>
          <w:tcPr>
            <w:tcW w:w="5443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08B08007" w14:textId="77777777" w:rsidR="00AD6B50" w:rsidRDefault="00AD6B50">
            <w:pPr>
              <w:spacing w:before="80" w:after="80"/>
            </w:pPr>
          </w:p>
        </w:tc>
      </w:tr>
      <w:tr w:rsidR="00AD6B50" w14:paraId="37332371" w14:textId="77777777">
        <w:trPr>
          <w:jc w:val="center"/>
        </w:trPr>
        <w:tc>
          <w:tcPr>
            <w:tcW w:w="408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1AA0D17E" w14:textId="77777777" w:rsidR="00AD6B50" w:rsidRDefault="00D121C1">
            <w:pPr>
              <w:spacing w:after="0"/>
              <w:ind w:left="57"/>
            </w:pPr>
            <w:r>
              <w:rPr>
                <w:b/>
                <w:color w:val="173A5E"/>
                <w:sz w:val="21"/>
              </w:rPr>
              <w:t>Τμήμα / Σχολή</w:t>
            </w:r>
          </w:p>
        </w:tc>
        <w:tc>
          <w:tcPr>
            <w:tcW w:w="5443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269181F4" w14:textId="77777777" w:rsidR="00AD6B50" w:rsidRDefault="00AD6B50">
            <w:pPr>
              <w:spacing w:before="80" w:after="80"/>
            </w:pPr>
          </w:p>
        </w:tc>
      </w:tr>
      <w:tr w:rsidR="00AD6B50" w14:paraId="76040778" w14:textId="77777777">
        <w:trPr>
          <w:jc w:val="center"/>
        </w:trPr>
        <w:tc>
          <w:tcPr>
            <w:tcW w:w="408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3FE36990" w14:textId="77777777" w:rsidR="00AD6B50" w:rsidRDefault="00D121C1">
            <w:pPr>
              <w:spacing w:after="0"/>
              <w:ind w:left="57"/>
            </w:pPr>
            <w:r>
              <w:rPr>
                <w:b/>
                <w:color w:val="173A5E"/>
                <w:sz w:val="21"/>
              </w:rPr>
              <w:t>Πρόγραμμα σπουδών</w:t>
            </w:r>
          </w:p>
        </w:tc>
        <w:tc>
          <w:tcPr>
            <w:tcW w:w="5443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1255860B" w14:textId="77777777" w:rsidR="00AD6B50" w:rsidRDefault="00AD6B50">
            <w:pPr>
              <w:spacing w:before="80" w:after="80"/>
            </w:pPr>
          </w:p>
        </w:tc>
      </w:tr>
      <w:tr w:rsidR="00AD6B50" w14:paraId="1ED8A8B5" w14:textId="77777777">
        <w:trPr>
          <w:jc w:val="center"/>
        </w:trPr>
        <w:tc>
          <w:tcPr>
            <w:tcW w:w="408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74EB9A45" w14:textId="77777777" w:rsidR="00BF026E" w:rsidRDefault="00D121C1">
            <w:pPr>
              <w:spacing w:after="0"/>
              <w:ind w:left="57"/>
              <w:rPr>
                <w:b/>
                <w:color w:val="173A5E"/>
                <w:sz w:val="21"/>
              </w:rPr>
            </w:pPr>
            <w:r>
              <w:rPr>
                <w:b/>
                <w:color w:val="173A5E"/>
                <w:sz w:val="21"/>
              </w:rPr>
              <w:t>Τίτλος διδακτορικής διατριβής</w:t>
            </w:r>
            <w:r w:rsidR="00620A0B">
              <w:rPr>
                <w:b/>
                <w:color w:val="173A5E"/>
                <w:sz w:val="21"/>
              </w:rPr>
              <w:t xml:space="preserve"> </w:t>
            </w:r>
          </w:p>
          <w:p w14:paraId="139F7EA2" w14:textId="5EBB038E" w:rsidR="00AD6B50" w:rsidRDefault="00620A0B">
            <w:pPr>
              <w:spacing w:after="0"/>
              <w:ind w:left="57"/>
            </w:pPr>
            <w:r>
              <w:rPr>
                <w:b/>
                <w:color w:val="173A5E"/>
                <w:sz w:val="21"/>
              </w:rPr>
              <w:t>(</w:t>
            </w:r>
            <w:r w:rsidR="00BF026E">
              <w:rPr>
                <w:b/>
                <w:color w:val="173A5E"/>
                <w:sz w:val="21"/>
              </w:rPr>
              <w:t>συμπληρώνεται μόνο από υπ. διδάκτορες και νέους/</w:t>
            </w:r>
            <w:proofErr w:type="spellStart"/>
            <w:r w:rsidR="00BF026E">
              <w:rPr>
                <w:b/>
                <w:color w:val="173A5E"/>
                <w:sz w:val="21"/>
              </w:rPr>
              <w:t>ες</w:t>
            </w:r>
            <w:proofErr w:type="spellEnd"/>
            <w:r w:rsidR="00BF026E">
              <w:rPr>
                <w:b/>
                <w:color w:val="173A5E"/>
                <w:sz w:val="21"/>
              </w:rPr>
              <w:t xml:space="preserve"> διδάκτορες)</w:t>
            </w:r>
          </w:p>
        </w:tc>
        <w:tc>
          <w:tcPr>
            <w:tcW w:w="5443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68C9C007" w14:textId="77777777" w:rsidR="00AD6B50" w:rsidRDefault="00D121C1">
            <w:pPr>
              <w:spacing w:before="80" w:after="80"/>
            </w:pPr>
            <w:r>
              <w:br/>
            </w:r>
          </w:p>
        </w:tc>
      </w:tr>
      <w:tr w:rsidR="00AD6B50" w14:paraId="5368C1CD" w14:textId="77777777">
        <w:trPr>
          <w:jc w:val="center"/>
        </w:trPr>
        <w:tc>
          <w:tcPr>
            <w:tcW w:w="408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78CCEB43" w14:textId="77777777" w:rsidR="00AD6B50" w:rsidRDefault="00D121C1">
            <w:pPr>
              <w:spacing w:after="0"/>
              <w:ind w:left="57"/>
            </w:pPr>
            <w:r>
              <w:rPr>
                <w:b/>
                <w:color w:val="173A5E"/>
                <w:sz w:val="21"/>
              </w:rPr>
              <w:t>Ημερομηνία αγόρευσης διδακτορικής διατριβής</w:t>
            </w:r>
            <w:r>
              <w:rPr>
                <w:b/>
                <w:color w:val="173A5E"/>
                <w:sz w:val="21"/>
              </w:rPr>
              <w:br/>
              <w:t>(συμπληρώνεται μόνο από νέους/</w:t>
            </w:r>
            <w:proofErr w:type="spellStart"/>
            <w:r>
              <w:rPr>
                <w:b/>
                <w:color w:val="173A5E"/>
                <w:sz w:val="21"/>
              </w:rPr>
              <w:t>ες</w:t>
            </w:r>
            <w:proofErr w:type="spellEnd"/>
            <w:r>
              <w:rPr>
                <w:b/>
                <w:color w:val="173A5E"/>
                <w:sz w:val="21"/>
              </w:rPr>
              <w:t xml:space="preserve"> διδάκτορες)</w:t>
            </w:r>
          </w:p>
        </w:tc>
        <w:tc>
          <w:tcPr>
            <w:tcW w:w="5443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686A5C6D" w14:textId="77777777" w:rsidR="00AD6B50" w:rsidRDefault="00AD6B50">
            <w:pPr>
              <w:spacing w:before="80" w:after="80"/>
            </w:pPr>
          </w:p>
        </w:tc>
      </w:tr>
    </w:tbl>
    <w:p w14:paraId="74DFA724" w14:textId="77777777" w:rsidR="00AD6B50" w:rsidRDefault="00AD6B50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286"/>
      </w:tblGrid>
      <w:tr w:rsidR="00AD6B50" w14:paraId="26982CAE" w14:textId="77777777">
        <w:trPr>
          <w:jc w:val="center"/>
        </w:trPr>
        <w:tc>
          <w:tcPr>
            <w:tcW w:w="10312" w:type="dxa"/>
            <w:tcBorders>
              <w:top w:val="single" w:sz="10" w:space="0" w:color="1F4E79"/>
              <w:left w:val="single" w:sz="10" w:space="0" w:color="1F4E79"/>
              <w:bottom w:val="single" w:sz="10" w:space="0" w:color="1F4E79"/>
              <w:right w:val="single" w:sz="10" w:space="0" w:color="1F4E79"/>
            </w:tcBorders>
            <w:shd w:val="clear" w:color="auto" w:fill="1F4E79"/>
            <w:vAlign w:val="center"/>
          </w:tcPr>
          <w:p w14:paraId="431C0FD5" w14:textId="03A14690" w:rsidR="00AD6B50" w:rsidRDefault="00D121C1">
            <w:pPr>
              <w:spacing w:before="60" w:after="60"/>
            </w:pPr>
            <w:r>
              <w:rPr>
                <w:b/>
                <w:color w:val="FFFFFF"/>
                <w:sz w:val="23"/>
              </w:rPr>
              <w:lastRenderedPageBreak/>
              <w:t xml:space="preserve">3. </w:t>
            </w:r>
            <w:r w:rsidR="002E3E2A">
              <w:rPr>
                <w:b/>
                <w:color w:val="FFFFFF"/>
                <w:sz w:val="23"/>
              </w:rPr>
              <w:t>Ε</w:t>
            </w:r>
            <w:r>
              <w:rPr>
                <w:b/>
                <w:color w:val="FFFFFF"/>
                <w:sz w:val="23"/>
              </w:rPr>
              <w:t>ρευνητικά ενδιαφέροντα</w:t>
            </w:r>
            <w:r w:rsidR="002E3E2A">
              <w:rPr>
                <w:b/>
                <w:color w:val="FFFFFF"/>
                <w:sz w:val="23"/>
              </w:rPr>
              <w:t xml:space="preserve"> </w:t>
            </w:r>
            <w:r w:rsidR="00E62E42">
              <w:rPr>
                <w:b/>
                <w:color w:val="FFFFFF"/>
                <w:sz w:val="23"/>
              </w:rPr>
              <w:t>και δήλωση ενδιαφέροντος</w:t>
            </w:r>
          </w:p>
        </w:tc>
      </w:tr>
    </w:tbl>
    <w:p w14:paraId="36F6E1EF" w14:textId="3733C1FA" w:rsidR="00AD6B50" w:rsidRDefault="00D121C1" w:rsidP="00A54108">
      <w:pPr>
        <w:spacing w:after="120"/>
        <w:jc w:val="both"/>
      </w:pPr>
      <w:r>
        <w:rPr>
          <w:color w:val="222222"/>
          <w:sz w:val="21"/>
        </w:rPr>
        <w:t>Παρακαλούμε περιγράψτε σύντομα το αντικείμενο των σπουδών ή της έρευνάς σας, τα βασικά ερευνητικά σας ενδιαφέροντα</w:t>
      </w:r>
      <w:r w:rsidR="00E62E42">
        <w:rPr>
          <w:color w:val="222222"/>
          <w:sz w:val="21"/>
        </w:rPr>
        <w:t xml:space="preserve"> και για ποιον λόγο </w:t>
      </w:r>
      <w:r w:rsidR="00E62E42" w:rsidRPr="00E62E42">
        <w:rPr>
          <w:color w:val="222222"/>
          <w:sz w:val="21"/>
        </w:rPr>
        <w:t>επιθυμείτε να συμμετάσχετε στο Θερινό Σχολείο Πολιτικής Οικονομίας</w:t>
      </w:r>
      <w:r>
        <w:rPr>
          <w:color w:val="222222"/>
          <w:sz w:val="21"/>
        </w:rPr>
        <w:t>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312"/>
      </w:tblGrid>
      <w:tr w:rsidR="00AD6B50" w14:paraId="7D51D577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384655AE" w14:textId="77777777" w:rsidR="00AD6B50" w:rsidRDefault="00D121C1">
            <w:pPr>
              <w:spacing w:after="0"/>
            </w:pPr>
            <w:r>
              <w:rPr>
                <w:b/>
                <w:color w:val="173A5E"/>
                <w:sz w:val="21"/>
              </w:rPr>
              <w:t>Χώρος απάντησης</w:t>
            </w:r>
          </w:p>
        </w:tc>
      </w:tr>
      <w:tr w:rsidR="00AD6B50" w14:paraId="421CE155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47772D97" w14:textId="77777777" w:rsidR="00AD6B50" w:rsidRDefault="00D121C1">
            <w:pPr>
              <w:spacing w:before="80" w:after="80"/>
            </w:pP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 w14:paraId="124CC11E" w14:textId="77777777" w:rsidR="00AD6B50" w:rsidRDefault="00AD6B50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286"/>
      </w:tblGrid>
      <w:tr w:rsidR="00AD6B50" w14:paraId="0769D1D3" w14:textId="77777777">
        <w:trPr>
          <w:jc w:val="center"/>
        </w:trPr>
        <w:tc>
          <w:tcPr>
            <w:tcW w:w="10312" w:type="dxa"/>
            <w:tcBorders>
              <w:top w:val="single" w:sz="10" w:space="0" w:color="1F4E79"/>
              <w:left w:val="single" w:sz="10" w:space="0" w:color="1F4E79"/>
              <w:bottom w:val="single" w:sz="10" w:space="0" w:color="1F4E79"/>
              <w:right w:val="single" w:sz="10" w:space="0" w:color="1F4E79"/>
            </w:tcBorders>
            <w:shd w:val="clear" w:color="auto" w:fill="1F4E79"/>
            <w:vAlign w:val="center"/>
          </w:tcPr>
          <w:p w14:paraId="25995BF7" w14:textId="6B290839" w:rsidR="00AD6B50" w:rsidRDefault="0015541A">
            <w:pPr>
              <w:spacing w:before="60" w:after="60"/>
            </w:pPr>
            <w:r>
              <w:rPr>
                <w:b/>
                <w:color w:val="FFFFFF"/>
                <w:sz w:val="23"/>
              </w:rPr>
              <w:t>4</w:t>
            </w:r>
            <w:r w:rsidR="00D121C1">
              <w:rPr>
                <w:b/>
                <w:color w:val="FFFFFF"/>
                <w:sz w:val="23"/>
              </w:rPr>
              <w:t xml:space="preserve">. </w:t>
            </w:r>
            <w:proofErr w:type="spellStart"/>
            <w:r w:rsidR="00D121C1">
              <w:rPr>
                <w:b/>
                <w:color w:val="FFFFFF"/>
                <w:sz w:val="23"/>
              </w:rPr>
              <w:t>Επιλεξιμότητα</w:t>
            </w:r>
            <w:proofErr w:type="spellEnd"/>
            <w:r w:rsidR="00D121C1">
              <w:rPr>
                <w:b/>
                <w:color w:val="FFFFFF"/>
                <w:sz w:val="23"/>
              </w:rPr>
              <w:t xml:space="preserve"> συμμετοχής</w:t>
            </w:r>
          </w:p>
        </w:tc>
      </w:tr>
    </w:tbl>
    <w:p w14:paraId="01A33CE2" w14:textId="7AFDFF01" w:rsidR="00AD6B50" w:rsidRDefault="00D121C1" w:rsidP="00A54108">
      <w:pPr>
        <w:spacing w:after="120"/>
        <w:jc w:val="both"/>
      </w:pPr>
      <w:r>
        <w:rPr>
          <w:color w:val="222222"/>
          <w:sz w:val="21"/>
        </w:rPr>
        <w:t>Το Θερινό Σχολείο απευθύνεται σε μεταπτυχιακούς/</w:t>
      </w:r>
      <w:proofErr w:type="spellStart"/>
      <w:r>
        <w:rPr>
          <w:color w:val="222222"/>
          <w:sz w:val="21"/>
        </w:rPr>
        <w:t>ές</w:t>
      </w:r>
      <w:proofErr w:type="spellEnd"/>
      <w:r>
        <w:rPr>
          <w:color w:val="222222"/>
          <w:sz w:val="21"/>
        </w:rPr>
        <w:t xml:space="preserve"> φοιτητές/</w:t>
      </w:r>
      <w:proofErr w:type="spellStart"/>
      <w:r>
        <w:rPr>
          <w:color w:val="222222"/>
          <w:sz w:val="21"/>
        </w:rPr>
        <w:t>τριες</w:t>
      </w:r>
      <w:proofErr w:type="spellEnd"/>
      <w:r w:rsidR="00A54108">
        <w:rPr>
          <w:color w:val="222222"/>
          <w:sz w:val="21"/>
        </w:rPr>
        <w:t xml:space="preserve"> (εν ενεργεία και απόφοιτους)</w:t>
      </w:r>
      <w:r>
        <w:rPr>
          <w:color w:val="222222"/>
          <w:sz w:val="21"/>
        </w:rPr>
        <w:t>, υποψήφιους/</w:t>
      </w:r>
      <w:proofErr w:type="spellStart"/>
      <w:r>
        <w:rPr>
          <w:color w:val="222222"/>
          <w:sz w:val="21"/>
        </w:rPr>
        <w:t>ες</w:t>
      </w:r>
      <w:proofErr w:type="spellEnd"/>
      <w:r>
        <w:rPr>
          <w:color w:val="222222"/>
          <w:sz w:val="21"/>
        </w:rPr>
        <w:t xml:space="preserve"> διδάκτορες και νέους/</w:t>
      </w:r>
      <w:proofErr w:type="spellStart"/>
      <w:r>
        <w:rPr>
          <w:color w:val="222222"/>
          <w:sz w:val="21"/>
        </w:rPr>
        <w:t>ες</w:t>
      </w:r>
      <w:proofErr w:type="spellEnd"/>
      <w:r>
        <w:rPr>
          <w:color w:val="222222"/>
          <w:sz w:val="21"/>
        </w:rPr>
        <w:t xml:space="preserve"> διδάκτορες έως </w:t>
      </w:r>
      <w:r w:rsidR="00A54108">
        <w:rPr>
          <w:color w:val="222222"/>
          <w:sz w:val="21"/>
        </w:rPr>
        <w:t>δύο</w:t>
      </w:r>
      <w:r>
        <w:rPr>
          <w:color w:val="222222"/>
          <w:sz w:val="21"/>
        </w:rPr>
        <w:t xml:space="preserve"> έτ</w:t>
      </w:r>
      <w:r w:rsidR="00A54108">
        <w:rPr>
          <w:color w:val="222222"/>
          <w:sz w:val="21"/>
        </w:rPr>
        <w:t>η</w:t>
      </w:r>
      <w:r>
        <w:rPr>
          <w:color w:val="222222"/>
          <w:sz w:val="21"/>
        </w:rPr>
        <w:t xml:space="preserve"> από την αγόρευση της διδακτορικής τους διατριβής κατά την υποβολή της αίτησης, οι οποίοι/</w:t>
      </w:r>
      <w:proofErr w:type="spellStart"/>
      <w:r>
        <w:rPr>
          <w:color w:val="222222"/>
          <w:sz w:val="21"/>
        </w:rPr>
        <w:t>ες</w:t>
      </w:r>
      <w:proofErr w:type="spellEnd"/>
      <w:r>
        <w:rPr>
          <w:color w:val="222222"/>
          <w:sz w:val="21"/>
        </w:rPr>
        <w:t xml:space="preserve"> επιθυμούν να εμβαθύνουν θεωρητικά και εμπειρικά σε ζητήματα πολιτικής οικονομίας, στο πλαίσιο των σύγχρονων προκλήσεων της παγκόσμιας οικονομίας.</w:t>
      </w:r>
    </w:p>
    <w:p w14:paraId="6E636A8A" w14:textId="77777777" w:rsidR="00AD6B50" w:rsidRDefault="00D121C1">
      <w:pPr>
        <w:spacing w:after="120"/>
      </w:pPr>
      <w:r>
        <w:rPr>
          <w:color w:val="222222"/>
          <w:sz w:val="21"/>
        </w:rPr>
        <w:t>Με την παρούσα αίτηση δηλώνω ότι, κατά την ημερομηνία υποβολής της, εμπίπτω σε μία από τις παραπάνω κατηγορίες.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312"/>
      </w:tblGrid>
      <w:tr w:rsidR="00AD6B50" w14:paraId="18F0E4C7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76FB1210" w14:textId="77777777" w:rsidR="00AD6B50" w:rsidRDefault="00D0731B">
            <w:pPr>
              <w:spacing w:before="60" w:after="60"/>
            </w:pPr>
            <w:sdt>
              <w:sdtPr>
                <w:id w:val="2189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21C1">
                  <w:t>☐</w:t>
                </w:r>
              </w:sdtContent>
            </w:sdt>
            <w:r w:rsidR="00D121C1">
              <w:rPr>
                <w:color w:val="222222"/>
              </w:rPr>
              <w:t xml:space="preserve"> Ναι</w:t>
            </w:r>
          </w:p>
        </w:tc>
      </w:tr>
      <w:tr w:rsidR="00AD6B50" w14:paraId="55F0C849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6C856E99" w14:textId="77777777" w:rsidR="00AD6B50" w:rsidRDefault="00D0731B">
            <w:pPr>
              <w:spacing w:before="60" w:after="60"/>
            </w:pPr>
            <w:sdt>
              <w:sdtPr>
                <w:id w:val="763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21C1">
                  <w:t>☐</w:t>
                </w:r>
              </w:sdtContent>
            </w:sdt>
            <w:r w:rsidR="00D121C1">
              <w:rPr>
                <w:color w:val="222222"/>
              </w:rPr>
              <w:t xml:space="preserve"> Όχι</w:t>
            </w:r>
          </w:p>
        </w:tc>
      </w:tr>
    </w:tbl>
    <w:p w14:paraId="429E066D" w14:textId="77777777" w:rsidR="00A54108" w:rsidRDefault="00A54108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286"/>
      </w:tblGrid>
      <w:tr w:rsidR="00AD6B50" w14:paraId="261ABC1D" w14:textId="77777777">
        <w:trPr>
          <w:jc w:val="center"/>
        </w:trPr>
        <w:tc>
          <w:tcPr>
            <w:tcW w:w="10312" w:type="dxa"/>
            <w:tcBorders>
              <w:top w:val="single" w:sz="10" w:space="0" w:color="1F4E79"/>
              <w:left w:val="single" w:sz="10" w:space="0" w:color="1F4E79"/>
              <w:bottom w:val="single" w:sz="10" w:space="0" w:color="1F4E79"/>
              <w:right w:val="single" w:sz="10" w:space="0" w:color="1F4E79"/>
            </w:tcBorders>
            <w:shd w:val="clear" w:color="auto" w:fill="1F4E79"/>
            <w:vAlign w:val="center"/>
          </w:tcPr>
          <w:p w14:paraId="7127FCD0" w14:textId="097EB354" w:rsidR="00AD6B50" w:rsidRDefault="0015541A">
            <w:pPr>
              <w:spacing w:before="60" w:after="60"/>
            </w:pPr>
            <w:r>
              <w:rPr>
                <w:b/>
                <w:color w:val="FFFFFF"/>
                <w:sz w:val="23"/>
              </w:rPr>
              <w:t>5</w:t>
            </w:r>
            <w:r w:rsidR="00D121C1">
              <w:rPr>
                <w:b/>
                <w:color w:val="FFFFFF"/>
                <w:sz w:val="23"/>
              </w:rPr>
              <w:t>. Συνημμένα δικαιολογητικά</w:t>
            </w:r>
          </w:p>
        </w:tc>
      </w:tr>
    </w:tbl>
    <w:p w14:paraId="6AAF6472" w14:textId="77777777" w:rsidR="00AD6B50" w:rsidRDefault="00D121C1">
      <w:pPr>
        <w:spacing w:after="120"/>
      </w:pPr>
      <w:r>
        <w:rPr>
          <w:color w:val="222222"/>
          <w:sz w:val="21"/>
        </w:rPr>
        <w:t>Παρακαλούμε επισυνάψτε τα ακόλουθα δικαιολογητικά: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312"/>
      </w:tblGrid>
      <w:tr w:rsidR="00AD6B50" w14:paraId="3ADE88B2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5F2573F6" w14:textId="77777777" w:rsidR="00AD6B50" w:rsidRDefault="00D0731B">
            <w:pPr>
              <w:spacing w:before="60" w:after="60"/>
            </w:pPr>
            <w:sdt>
              <w:sdtPr>
                <w:id w:val="5122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21C1">
                  <w:t>☐</w:t>
                </w:r>
              </w:sdtContent>
            </w:sdt>
            <w:r w:rsidR="00D121C1">
              <w:rPr>
                <w:color w:val="222222"/>
              </w:rPr>
              <w:t xml:space="preserve"> Σύντομο βιογραφικό σημείωμα</w:t>
            </w:r>
          </w:p>
        </w:tc>
      </w:tr>
      <w:tr w:rsidR="00AD6B50" w14:paraId="52BFAE2E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062EF6D3" w14:textId="77777777" w:rsidR="00AD6B50" w:rsidRDefault="00D0731B">
            <w:pPr>
              <w:spacing w:before="60" w:after="60"/>
            </w:pPr>
            <w:sdt>
              <w:sdtPr>
                <w:id w:val="8282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21C1">
                  <w:t>☐</w:t>
                </w:r>
              </w:sdtContent>
            </w:sdt>
            <w:r w:rsidR="00D121C1">
              <w:rPr>
                <w:color w:val="222222"/>
              </w:rPr>
              <w:t xml:space="preserve"> Αποδεικτικό πληρωμής της συνδρομής συμμετοχής</w:t>
            </w:r>
          </w:p>
        </w:tc>
      </w:tr>
    </w:tbl>
    <w:p w14:paraId="1E89F706" w14:textId="77777777" w:rsidR="00AD6B50" w:rsidRDefault="00AD6B50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286"/>
      </w:tblGrid>
      <w:tr w:rsidR="00AD6B50" w14:paraId="16F84EFA" w14:textId="77777777">
        <w:trPr>
          <w:jc w:val="center"/>
        </w:trPr>
        <w:tc>
          <w:tcPr>
            <w:tcW w:w="10312" w:type="dxa"/>
            <w:tcBorders>
              <w:top w:val="single" w:sz="10" w:space="0" w:color="1F4E79"/>
              <w:left w:val="single" w:sz="10" w:space="0" w:color="1F4E79"/>
              <w:bottom w:val="single" w:sz="10" w:space="0" w:color="1F4E79"/>
              <w:right w:val="single" w:sz="10" w:space="0" w:color="1F4E79"/>
            </w:tcBorders>
            <w:shd w:val="clear" w:color="auto" w:fill="1F4E79"/>
            <w:vAlign w:val="center"/>
          </w:tcPr>
          <w:p w14:paraId="2DD672A1" w14:textId="3F9EE481" w:rsidR="00AD6B50" w:rsidRDefault="00D20324">
            <w:pPr>
              <w:spacing w:before="60" w:after="60"/>
            </w:pPr>
            <w:r>
              <w:rPr>
                <w:b/>
                <w:color w:val="FFFFFF"/>
                <w:sz w:val="23"/>
              </w:rPr>
              <w:t>6</w:t>
            </w:r>
            <w:r w:rsidR="00D121C1">
              <w:rPr>
                <w:b/>
                <w:color w:val="FFFFFF"/>
                <w:sz w:val="23"/>
              </w:rPr>
              <w:t>. Συνδρομή συμμετοχής</w:t>
            </w:r>
          </w:p>
        </w:tc>
      </w:tr>
    </w:tbl>
    <w:p w14:paraId="4EFA810B" w14:textId="77777777" w:rsidR="00AD6B50" w:rsidRDefault="00D121C1">
      <w:pPr>
        <w:spacing w:after="120"/>
      </w:pPr>
      <w:r>
        <w:rPr>
          <w:color w:val="222222"/>
          <w:sz w:val="21"/>
        </w:rPr>
        <w:t>Η συνδρομή συμμετοχής ανέρχεται σε: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312"/>
      </w:tblGrid>
      <w:tr w:rsidR="00AD6B50" w14:paraId="4CAF8774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7B3573FC" w14:textId="660BD340" w:rsidR="00AD6B50" w:rsidRDefault="00D0731B">
            <w:pPr>
              <w:spacing w:before="60" w:after="60"/>
            </w:pPr>
            <w:sdt>
              <w:sdtPr>
                <w:id w:val="6937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7AE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121C1">
              <w:rPr>
                <w:color w:val="222222"/>
              </w:rPr>
              <w:t xml:space="preserve"> 80 ευρώ, για αιτήσεις και πληρωμές έως τις 15 Ιουνίου (</w:t>
            </w:r>
            <w:proofErr w:type="spellStart"/>
            <w:r w:rsidR="00D121C1">
              <w:rPr>
                <w:color w:val="222222"/>
              </w:rPr>
              <w:t>early</w:t>
            </w:r>
            <w:proofErr w:type="spellEnd"/>
            <w:r w:rsidR="00D121C1">
              <w:rPr>
                <w:color w:val="222222"/>
              </w:rPr>
              <w:t xml:space="preserve"> </w:t>
            </w:r>
            <w:proofErr w:type="spellStart"/>
            <w:r w:rsidR="00D121C1">
              <w:rPr>
                <w:color w:val="222222"/>
              </w:rPr>
              <w:t>bird</w:t>
            </w:r>
            <w:proofErr w:type="spellEnd"/>
            <w:r w:rsidR="00D121C1">
              <w:rPr>
                <w:color w:val="222222"/>
              </w:rPr>
              <w:t>)</w:t>
            </w:r>
          </w:p>
        </w:tc>
      </w:tr>
      <w:tr w:rsidR="00AD6B50" w14:paraId="7640EA4D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04EC3F31" w14:textId="77777777" w:rsidR="00AD6B50" w:rsidRDefault="00D0731B">
            <w:pPr>
              <w:spacing w:before="60" w:after="60"/>
            </w:pPr>
            <w:sdt>
              <w:sdtPr>
                <w:id w:val="7546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21C1">
                  <w:t>☐</w:t>
                </w:r>
              </w:sdtContent>
            </w:sdt>
            <w:r w:rsidR="00D121C1">
              <w:rPr>
                <w:color w:val="222222"/>
              </w:rPr>
              <w:t xml:space="preserve"> 100 ευρώ, για αιτήσεις και πληρωμές έως τις 30 Ιουνίου</w:t>
            </w:r>
          </w:p>
        </w:tc>
      </w:tr>
    </w:tbl>
    <w:p w14:paraId="33699252" w14:textId="77777777" w:rsidR="00AD6B50" w:rsidRDefault="00D121C1">
      <w:pPr>
        <w:spacing w:after="120"/>
      </w:pPr>
      <w:r>
        <w:rPr>
          <w:color w:val="222222"/>
          <w:sz w:val="21"/>
        </w:rPr>
        <w:t>Η συνδρομή περιλαμβάνει ημερησίως καφέ και ελαφρύ γεύμα, καθώς και ένα βραδινό γεύμα την προτελευταία ημέρα του Θερινού Σχολείου.</w:t>
      </w:r>
    </w:p>
    <w:p w14:paraId="741F217D" w14:textId="77777777" w:rsidR="00AD6B50" w:rsidRDefault="00AD6B50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286"/>
      </w:tblGrid>
      <w:tr w:rsidR="00AD6B50" w14:paraId="6E8F3AFE" w14:textId="77777777">
        <w:trPr>
          <w:jc w:val="center"/>
        </w:trPr>
        <w:tc>
          <w:tcPr>
            <w:tcW w:w="10312" w:type="dxa"/>
            <w:tcBorders>
              <w:top w:val="single" w:sz="10" w:space="0" w:color="1F4E79"/>
              <w:left w:val="single" w:sz="10" w:space="0" w:color="1F4E79"/>
              <w:bottom w:val="single" w:sz="10" w:space="0" w:color="1F4E79"/>
              <w:right w:val="single" w:sz="10" w:space="0" w:color="1F4E79"/>
            </w:tcBorders>
            <w:shd w:val="clear" w:color="auto" w:fill="1F4E79"/>
            <w:vAlign w:val="center"/>
          </w:tcPr>
          <w:p w14:paraId="6954A01C" w14:textId="1B7F3C88" w:rsidR="00AD6B50" w:rsidRDefault="00D20324">
            <w:pPr>
              <w:spacing w:before="60" w:after="60"/>
            </w:pPr>
            <w:r>
              <w:rPr>
                <w:b/>
                <w:color w:val="FFFFFF"/>
                <w:sz w:val="23"/>
              </w:rPr>
              <w:lastRenderedPageBreak/>
              <w:t>7</w:t>
            </w:r>
            <w:r w:rsidR="00D121C1">
              <w:rPr>
                <w:b/>
                <w:color w:val="FFFFFF"/>
                <w:sz w:val="23"/>
              </w:rPr>
              <w:t>. Υποβολή αίτησης</w:t>
            </w:r>
          </w:p>
        </w:tc>
      </w:tr>
      <w:tr w:rsidR="00AD6B50" w14:paraId="63FC0C83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07D726E6" w14:textId="77777777" w:rsidR="00AD6B50" w:rsidRDefault="00D121C1">
            <w:pPr>
              <w:spacing w:before="80" w:after="80"/>
            </w:pPr>
            <w:r>
              <w:rPr>
                <w:color w:val="222222"/>
                <w:sz w:val="21"/>
              </w:rPr>
              <w:t>Η συμπληρωμένη αίτηση, μαζί με τα απαιτούμενα δικαιολογητικά και το αποδεικτικό πληρωμής, αποστέλλεται στην ηλεκτρονική διεύθυνση:</w:t>
            </w:r>
          </w:p>
        </w:tc>
      </w:tr>
      <w:tr w:rsidR="00AD6B50" w14:paraId="520187BA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5778D7F4" w14:textId="3B7A2F09" w:rsidR="00AD6B50" w:rsidRPr="00AB0ECB" w:rsidRDefault="00BC0557">
            <w:pPr>
              <w:spacing w:before="80" w:after="80"/>
              <w:rPr>
                <w:lang w:val="en-US"/>
              </w:rPr>
            </w:pPr>
            <w:r w:rsidRPr="00BC0557">
              <w:rPr>
                <w:b/>
                <w:color w:val="173A5E"/>
                <w:sz w:val="21"/>
              </w:rPr>
              <w:t>politiceconomy@gmail.com</w:t>
            </w:r>
          </w:p>
        </w:tc>
      </w:tr>
      <w:tr w:rsidR="00AD6B50" w14:paraId="4297922B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1FC0CD7A" w14:textId="77777777" w:rsidR="00AD6B50" w:rsidRDefault="00D121C1">
            <w:pPr>
              <w:spacing w:before="80" w:after="80"/>
            </w:pPr>
            <w:r>
              <w:rPr>
                <w:color w:val="222222"/>
                <w:sz w:val="21"/>
              </w:rPr>
              <w:t>Πληροφορίες σχετικά με το πρόγραμμα, τις θεματικές ενότητες και τους/τις εισηγητές/</w:t>
            </w:r>
            <w:proofErr w:type="spellStart"/>
            <w:r>
              <w:rPr>
                <w:color w:val="222222"/>
                <w:sz w:val="21"/>
              </w:rPr>
              <w:t>τριες</w:t>
            </w:r>
            <w:proofErr w:type="spellEnd"/>
            <w:r>
              <w:rPr>
                <w:color w:val="222222"/>
                <w:sz w:val="21"/>
              </w:rPr>
              <w:t xml:space="preserve"> είναι διαθέσιμες στην ιστοσελίδα:</w:t>
            </w:r>
          </w:p>
        </w:tc>
      </w:tr>
      <w:tr w:rsidR="00AD6B50" w14:paraId="6C00022F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4BCF5516" w14:textId="3ABF5358" w:rsidR="00AD6B50" w:rsidRDefault="00D0731B">
            <w:pPr>
              <w:spacing w:before="80" w:after="80"/>
            </w:pPr>
            <w:r w:rsidRPr="00D0731B">
              <w:rPr>
                <w:b/>
                <w:color w:val="173A5E"/>
                <w:sz w:val="21"/>
              </w:rPr>
              <w:t>https://politicaleconomy.gr/main/el/diorganosi-therinoy-sholeioy-tis-eepo</w:t>
            </w:r>
          </w:p>
        </w:tc>
      </w:tr>
      <w:tr w:rsidR="00AD6B50" w14:paraId="33C285E4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5760B311" w14:textId="77777777" w:rsidR="00AD6B50" w:rsidRDefault="00D121C1">
            <w:pPr>
              <w:spacing w:before="80" w:after="80"/>
            </w:pPr>
            <w:r>
              <w:rPr>
                <w:color w:val="222222"/>
                <w:sz w:val="21"/>
              </w:rPr>
              <w:t>Για διευκρινίσεις, οι ενδιαφερόμενοι/</w:t>
            </w:r>
            <w:proofErr w:type="spellStart"/>
            <w:r>
              <w:rPr>
                <w:color w:val="222222"/>
                <w:sz w:val="21"/>
              </w:rPr>
              <w:t>ες</w:t>
            </w:r>
            <w:proofErr w:type="spellEnd"/>
            <w:r>
              <w:rPr>
                <w:color w:val="222222"/>
                <w:sz w:val="21"/>
              </w:rPr>
              <w:t xml:space="preserve"> μπορούν να επικοινωνούν στο:</w:t>
            </w:r>
          </w:p>
        </w:tc>
      </w:tr>
      <w:tr w:rsidR="00AD6B50" w14:paraId="71456CB6" w14:textId="77777777">
        <w:trPr>
          <w:jc w:val="center"/>
        </w:trPr>
        <w:tc>
          <w:tcPr>
            <w:tcW w:w="10312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48975930" w14:textId="265F16BE" w:rsidR="00AD6B50" w:rsidRDefault="00E46C39">
            <w:pPr>
              <w:spacing w:before="80" w:after="80"/>
            </w:pPr>
            <w:r w:rsidRPr="00E46C39">
              <w:rPr>
                <w:b/>
                <w:color w:val="173A5E"/>
                <w:sz w:val="21"/>
              </w:rPr>
              <w:t>politiceconomy@gmail.com</w:t>
            </w:r>
          </w:p>
        </w:tc>
      </w:tr>
    </w:tbl>
    <w:p w14:paraId="0F688000" w14:textId="77777777" w:rsidR="00AD6B50" w:rsidRDefault="00AD6B50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286"/>
      </w:tblGrid>
      <w:tr w:rsidR="00AD6B50" w14:paraId="11C096A6" w14:textId="77777777">
        <w:trPr>
          <w:jc w:val="center"/>
        </w:trPr>
        <w:tc>
          <w:tcPr>
            <w:tcW w:w="10312" w:type="dxa"/>
            <w:tcBorders>
              <w:top w:val="single" w:sz="10" w:space="0" w:color="1F4E79"/>
              <w:left w:val="single" w:sz="10" w:space="0" w:color="1F4E79"/>
              <w:bottom w:val="single" w:sz="10" w:space="0" w:color="1F4E79"/>
              <w:right w:val="single" w:sz="10" w:space="0" w:color="1F4E79"/>
            </w:tcBorders>
            <w:shd w:val="clear" w:color="auto" w:fill="1F4E79"/>
            <w:vAlign w:val="center"/>
          </w:tcPr>
          <w:p w14:paraId="37033979" w14:textId="28C79680" w:rsidR="00AD6B50" w:rsidRDefault="00D20324">
            <w:pPr>
              <w:spacing w:before="60" w:after="60"/>
            </w:pPr>
            <w:r>
              <w:rPr>
                <w:b/>
                <w:color w:val="FFFFFF"/>
                <w:sz w:val="23"/>
              </w:rPr>
              <w:t>8</w:t>
            </w:r>
            <w:r w:rsidR="00D121C1">
              <w:rPr>
                <w:b/>
                <w:color w:val="FFFFFF"/>
                <w:sz w:val="23"/>
              </w:rPr>
              <w:t>. Τρόπος πληρωμής</w:t>
            </w:r>
          </w:p>
        </w:tc>
      </w:tr>
    </w:tbl>
    <w:p w14:paraId="246020EB" w14:textId="77777777" w:rsidR="00AD6B50" w:rsidRDefault="00D121C1">
      <w:pPr>
        <w:spacing w:after="120"/>
      </w:pPr>
      <w:r>
        <w:rPr>
          <w:color w:val="222222"/>
          <w:sz w:val="21"/>
        </w:rPr>
        <w:t>Η κατάθεση της συνδρομής συμμετοχής γίνεται στον ακόλουθο λογαριασμό: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118"/>
        <w:gridCol w:w="6406"/>
      </w:tblGrid>
      <w:tr w:rsidR="00AD6B50" w14:paraId="3C011D77" w14:textId="77777777">
        <w:trPr>
          <w:jc w:val="center"/>
        </w:trPr>
        <w:tc>
          <w:tcPr>
            <w:tcW w:w="3118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16DB9D35" w14:textId="77777777" w:rsidR="00AD6B50" w:rsidRDefault="00D121C1">
            <w:pPr>
              <w:spacing w:after="0"/>
            </w:pPr>
            <w:r>
              <w:rPr>
                <w:b/>
                <w:color w:val="173A5E"/>
                <w:sz w:val="21"/>
              </w:rPr>
              <w:t>Δικαιούχος</w:t>
            </w:r>
          </w:p>
        </w:tc>
        <w:tc>
          <w:tcPr>
            <w:tcW w:w="6406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022AB8D3" w14:textId="1F18749D" w:rsidR="00AD6B50" w:rsidRDefault="00B87991">
            <w:pPr>
              <w:spacing w:after="0"/>
            </w:pPr>
            <w:r w:rsidRPr="00B87991">
              <w:rPr>
                <w:color w:val="222222"/>
                <w:sz w:val="21"/>
              </w:rPr>
              <w:t>ΕΠΙΣΤΗΜΟΝΙΚΗ ΕΤΑΙΡΙΑ ΠΟΛΙΤΙΚΗΣ ΟΙΚΟΝΟΜΙΑΣ</w:t>
            </w:r>
          </w:p>
        </w:tc>
      </w:tr>
      <w:tr w:rsidR="00AD6B50" w14:paraId="06615C47" w14:textId="77777777">
        <w:trPr>
          <w:jc w:val="center"/>
        </w:trPr>
        <w:tc>
          <w:tcPr>
            <w:tcW w:w="3118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11D43B86" w14:textId="77777777" w:rsidR="00AD6B50" w:rsidRDefault="00D121C1">
            <w:pPr>
              <w:spacing w:after="0"/>
            </w:pPr>
            <w:r>
              <w:rPr>
                <w:b/>
                <w:color w:val="173A5E"/>
                <w:sz w:val="21"/>
              </w:rPr>
              <w:t>Τράπεζα</w:t>
            </w:r>
          </w:p>
        </w:tc>
        <w:tc>
          <w:tcPr>
            <w:tcW w:w="6406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15FC2D45" w14:textId="121D4218" w:rsidR="00AD6B50" w:rsidRDefault="00B87991">
            <w:pPr>
              <w:spacing w:after="0"/>
            </w:pPr>
            <w:proofErr w:type="spellStart"/>
            <w:r w:rsidRPr="00B87991">
              <w:rPr>
                <w:color w:val="222222"/>
                <w:sz w:val="21"/>
              </w:rPr>
              <w:t>Eurobank</w:t>
            </w:r>
            <w:proofErr w:type="spellEnd"/>
          </w:p>
        </w:tc>
      </w:tr>
      <w:tr w:rsidR="00AD6B50" w14:paraId="5B7F61A5" w14:textId="77777777">
        <w:trPr>
          <w:jc w:val="center"/>
        </w:trPr>
        <w:tc>
          <w:tcPr>
            <w:tcW w:w="3118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601DC9B6" w14:textId="77777777" w:rsidR="00AD6B50" w:rsidRDefault="00D121C1">
            <w:pPr>
              <w:spacing w:after="0"/>
            </w:pPr>
            <w:r>
              <w:rPr>
                <w:b/>
                <w:color w:val="173A5E"/>
                <w:sz w:val="21"/>
              </w:rPr>
              <w:t>IBAN</w:t>
            </w:r>
          </w:p>
        </w:tc>
        <w:tc>
          <w:tcPr>
            <w:tcW w:w="6406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71D0349D" w14:textId="50C8D61B" w:rsidR="00AD6B50" w:rsidRDefault="00CA2B3E">
            <w:pPr>
              <w:spacing w:after="0"/>
            </w:pPr>
            <w:r w:rsidRPr="00CA2B3E">
              <w:rPr>
                <w:color w:val="222222"/>
                <w:sz w:val="21"/>
              </w:rPr>
              <w:t>GR2802601420000990200880976</w:t>
            </w:r>
          </w:p>
        </w:tc>
      </w:tr>
      <w:tr w:rsidR="00AD6B50" w14:paraId="32D74BBB" w14:textId="77777777">
        <w:trPr>
          <w:jc w:val="center"/>
        </w:trPr>
        <w:tc>
          <w:tcPr>
            <w:tcW w:w="3118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40D1E576" w14:textId="77777777" w:rsidR="00AD6B50" w:rsidRDefault="00D121C1">
            <w:pPr>
              <w:spacing w:after="0"/>
            </w:pPr>
            <w:r>
              <w:rPr>
                <w:b/>
                <w:color w:val="173A5E"/>
                <w:sz w:val="21"/>
              </w:rPr>
              <w:t>Αιτιολογία κατάθεσης</w:t>
            </w:r>
          </w:p>
        </w:tc>
        <w:tc>
          <w:tcPr>
            <w:tcW w:w="6406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4F5CB6A2" w14:textId="77777777" w:rsidR="00AD6B50" w:rsidRDefault="00D121C1">
            <w:pPr>
              <w:spacing w:after="0"/>
            </w:pPr>
            <w:proofErr w:type="spellStart"/>
            <w:r>
              <w:rPr>
                <w:color w:val="222222"/>
                <w:sz w:val="21"/>
              </w:rPr>
              <w:t>Summer</w:t>
            </w:r>
            <w:proofErr w:type="spellEnd"/>
            <w:r>
              <w:rPr>
                <w:color w:val="222222"/>
                <w:sz w:val="21"/>
              </w:rPr>
              <w:t xml:space="preserve"> </w:t>
            </w:r>
            <w:proofErr w:type="spellStart"/>
            <w:r>
              <w:rPr>
                <w:color w:val="222222"/>
                <w:sz w:val="21"/>
              </w:rPr>
              <w:t>School</w:t>
            </w:r>
            <w:proofErr w:type="spellEnd"/>
            <w:r>
              <w:rPr>
                <w:color w:val="222222"/>
                <w:sz w:val="21"/>
              </w:rPr>
              <w:t xml:space="preserve"> – Ονοματεπώνυμο συμμετέχοντος/</w:t>
            </w:r>
            <w:proofErr w:type="spellStart"/>
            <w:r>
              <w:rPr>
                <w:color w:val="222222"/>
                <w:sz w:val="21"/>
              </w:rPr>
              <w:t>ουσας</w:t>
            </w:r>
            <w:proofErr w:type="spellEnd"/>
          </w:p>
        </w:tc>
      </w:tr>
    </w:tbl>
    <w:p w14:paraId="08810779" w14:textId="77777777" w:rsidR="00AD6B50" w:rsidRDefault="00D121C1">
      <w:pPr>
        <w:spacing w:after="120"/>
      </w:pPr>
      <w:r>
        <w:rPr>
          <w:color w:val="222222"/>
          <w:sz w:val="21"/>
        </w:rPr>
        <w:t>Η αίτηση θεωρείται ολοκληρωμένη μόνο μετά την αποστολή του αποδεικτικού πληρωμής.</w:t>
      </w:r>
    </w:p>
    <w:p w14:paraId="59086BD2" w14:textId="77777777" w:rsidR="00AD6B50" w:rsidRDefault="00AD6B50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286"/>
      </w:tblGrid>
      <w:tr w:rsidR="00AD6B50" w14:paraId="043A1669" w14:textId="77777777">
        <w:trPr>
          <w:jc w:val="center"/>
        </w:trPr>
        <w:tc>
          <w:tcPr>
            <w:tcW w:w="10312" w:type="dxa"/>
            <w:tcBorders>
              <w:top w:val="single" w:sz="10" w:space="0" w:color="1F4E79"/>
              <w:left w:val="single" w:sz="10" w:space="0" w:color="1F4E79"/>
              <w:bottom w:val="single" w:sz="10" w:space="0" w:color="1F4E79"/>
              <w:right w:val="single" w:sz="10" w:space="0" w:color="1F4E79"/>
            </w:tcBorders>
            <w:shd w:val="clear" w:color="auto" w:fill="1F4E79"/>
            <w:vAlign w:val="center"/>
          </w:tcPr>
          <w:p w14:paraId="331D4057" w14:textId="7CF2A535" w:rsidR="00AD6B50" w:rsidRDefault="00D20324">
            <w:pPr>
              <w:spacing w:before="60" w:after="60"/>
            </w:pPr>
            <w:r>
              <w:rPr>
                <w:b/>
                <w:color w:val="FFFFFF"/>
                <w:sz w:val="23"/>
              </w:rPr>
              <w:t>9</w:t>
            </w:r>
            <w:r w:rsidR="00D121C1">
              <w:rPr>
                <w:b/>
                <w:color w:val="FFFFFF"/>
                <w:sz w:val="23"/>
              </w:rPr>
              <w:t>. Δήλωση αιτούντος/αιτούσας</w:t>
            </w:r>
          </w:p>
        </w:tc>
      </w:tr>
    </w:tbl>
    <w:p w14:paraId="437A7497" w14:textId="76CC184D" w:rsidR="00AD6B50" w:rsidRPr="00E46C39" w:rsidRDefault="00D121C1">
      <w:pPr>
        <w:spacing w:after="120"/>
      </w:pPr>
      <w:r>
        <w:rPr>
          <w:color w:val="222222"/>
          <w:sz w:val="21"/>
        </w:rPr>
        <w:t>Δηλώνω ότι τα στοιχεία που υποβάλλω με την παρούσα αίτηση είναι ακριβή και αληθή. Δηλώνω επίσης ότι έχω λάβει γνώση των όρων συμμετοχής στο Θερινό Σχολείο Πολιτικής Οικονομίας και ότι η αίτησή μου θεωρείται ολοκληρωμένη μόνο μετά την αποστολή όλων των απαιτούμενων δικαιολογητικών και του αποδεικτικού πληρωμής της συνδρομής συμμετοχής.</w:t>
      </w:r>
      <w:r w:rsidR="00E46C39">
        <w:rPr>
          <w:color w:val="222222"/>
          <w:sz w:val="21"/>
        </w:rPr>
        <w:t xml:space="preserve"> </w:t>
      </w:r>
      <w:r w:rsidR="00E46C39" w:rsidRPr="00E46C39">
        <w:rPr>
          <w:color w:val="222222"/>
          <w:sz w:val="21"/>
          <w:u w:val="single"/>
        </w:rPr>
        <w:t xml:space="preserve">Η υπογραφή μπορεί να είναι είτε χειρόγραφη, είτε μέσω </w:t>
      </w:r>
      <w:r w:rsidR="00E46C39" w:rsidRPr="00E46C39">
        <w:rPr>
          <w:color w:val="222222"/>
          <w:sz w:val="21"/>
          <w:u w:val="single"/>
          <w:lang w:val="en-US"/>
        </w:rPr>
        <w:t>gov</w:t>
      </w:r>
      <w:r w:rsidR="00E46C39" w:rsidRPr="00E46C39">
        <w:rPr>
          <w:color w:val="222222"/>
          <w:sz w:val="21"/>
          <w:u w:val="single"/>
        </w:rPr>
        <w:t>.</w:t>
      </w:r>
      <w:r w:rsidR="00E46C39" w:rsidRPr="00E46C39">
        <w:rPr>
          <w:color w:val="222222"/>
          <w:sz w:val="21"/>
          <w:u w:val="single"/>
          <w:lang w:val="en-US"/>
        </w:rPr>
        <w:t>gr</w:t>
      </w:r>
      <w:r w:rsidR="00E46C39" w:rsidRPr="00E46C39">
        <w:rPr>
          <w:color w:val="222222"/>
          <w:sz w:val="21"/>
          <w:u w:val="single"/>
        </w:rPr>
        <w:t>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118"/>
        <w:gridCol w:w="6406"/>
      </w:tblGrid>
      <w:tr w:rsidR="00AD6B50" w14:paraId="4DFBBA90" w14:textId="77777777">
        <w:trPr>
          <w:jc w:val="center"/>
        </w:trPr>
        <w:tc>
          <w:tcPr>
            <w:tcW w:w="3118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4BD79268" w14:textId="77777777" w:rsidR="00AD6B50" w:rsidRDefault="00D121C1">
            <w:pPr>
              <w:spacing w:after="0"/>
              <w:ind w:left="57"/>
            </w:pPr>
            <w:r>
              <w:rPr>
                <w:b/>
                <w:color w:val="173A5E"/>
                <w:sz w:val="21"/>
              </w:rPr>
              <w:t>Ημερομηνία</w:t>
            </w:r>
          </w:p>
        </w:tc>
        <w:tc>
          <w:tcPr>
            <w:tcW w:w="6406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2818798C" w14:textId="77777777" w:rsidR="00AD6B50" w:rsidRDefault="00AD6B50">
            <w:pPr>
              <w:spacing w:before="80" w:after="80"/>
            </w:pPr>
          </w:p>
        </w:tc>
      </w:tr>
      <w:tr w:rsidR="00AD6B50" w14:paraId="19FDBB24" w14:textId="77777777">
        <w:trPr>
          <w:jc w:val="center"/>
        </w:trPr>
        <w:tc>
          <w:tcPr>
            <w:tcW w:w="3118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4D3103D3" w14:textId="77777777" w:rsidR="00AD6B50" w:rsidRDefault="00D121C1">
            <w:pPr>
              <w:spacing w:after="0"/>
              <w:ind w:left="57"/>
            </w:pPr>
            <w:r>
              <w:rPr>
                <w:b/>
                <w:color w:val="173A5E"/>
                <w:sz w:val="21"/>
              </w:rPr>
              <w:t>Ο/Η αιτών/ούσα</w:t>
            </w:r>
          </w:p>
        </w:tc>
        <w:tc>
          <w:tcPr>
            <w:tcW w:w="6406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6C6C8380" w14:textId="77777777" w:rsidR="00AD6B50" w:rsidRDefault="00AD6B50">
            <w:pPr>
              <w:spacing w:before="80" w:after="80"/>
            </w:pPr>
          </w:p>
        </w:tc>
      </w:tr>
      <w:tr w:rsidR="00AD6B50" w14:paraId="09775F50" w14:textId="77777777">
        <w:trPr>
          <w:jc w:val="center"/>
        </w:trPr>
        <w:tc>
          <w:tcPr>
            <w:tcW w:w="3118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shd w:val="clear" w:color="auto" w:fill="DCE6F1"/>
            <w:vAlign w:val="center"/>
          </w:tcPr>
          <w:p w14:paraId="36010E73" w14:textId="77777777" w:rsidR="00AD6B50" w:rsidRDefault="00D121C1">
            <w:pPr>
              <w:spacing w:after="0"/>
              <w:ind w:left="57"/>
            </w:pPr>
            <w:r>
              <w:rPr>
                <w:b/>
                <w:color w:val="173A5E"/>
                <w:sz w:val="21"/>
              </w:rPr>
              <w:t>Υπογραφή</w:t>
            </w:r>
          </w:p>
        </w:tc>
        <w:tc>
          <w:tcPr>
            <w:tcW w:w="6406" w:type="dxa"/>
            <w:tcBorders>
              <w:top w:val="single" w:sz="8" w:space="0" w:color="B7C3D0"/>
              <w:left w:val="single" w:sz="8" w:space="0" w:color="B7C3D0"/>
              <w:bottom w:val="single" w:sz="8" w:space="0" w:color="B7C3D0"/>
              <w:right w:val="single" w:sz="8" w:space="0" w:color="B7C3D0"/>
            </w:tcBorders>
            <w:vAlign w:val="center"/>
          </w:tcPr>
          <w:p w14:paraId="6194185C" w14:textId="77777777" w:rsidR="00AD6B50" w:rsidRDefault="00D121C1">
            <w:pPr>
              <w:spacing w:before="80" w:after="80"/>
            </w:pPr>
            <w:r>
              <w:br/>
            </w:r>
          </w:p>
        </w:tc>
      </w:tr>
    </w:tbl>
    <w:p w14:paraId="43902407" w14:textId="77777777" w:rsidR="00D121C1" w:rsidRDefault="00D121C1"/>
    <w:sectPr w:rsidR="00D121C1" w:rsidSect="00034616">
      <w:footerReference w:type="default" r:id="rId8"/>
      <w:pgSz w:w="12240" w:h="15840"/>
      <w:pgMar w:top="1020" w:right="964" w:bottom="1020" w:left="964" w:header="720" w:footer="720" w:gutter="0"/>
      <w:pgBorders w:offsetFrom="page">
        <w:top w:val="single" w:sz="8" w:space="18" w:color="D9E2F3"/>
        <w:left w:val="single" w:sz="8" w:space="18" w:color="D9E2F3"/>
        <w:bottom w:val="single" w:sz="8" w:space="18" w:color="D9E2F3"/>
        <w:right w:val="single" w:sz="8" w:space="18" w:color="D9E2F3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3FAAE6" w14:textId="77777777" w:rsidR="00AD3C25" w:rsidRDefault="00AD3C25">
      <w:pPr>
        <w:spacing w:after="0" w:line="240" w:lineRule="auto"/>
      </w:pPr>
      <w:r>
        <w:separator/>
      </w:r>
    </w:p>
  </w:endnote>
  <w:endnote w:type="continuationSeparator" w:id="0">
    <w:p w14:paraId="33BD134A" w14:textId="77777777" w:rsidR="00AD3C25" w:rsidRDefault="00AD3C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518A6" w14:textId="77777777" w:rsidR="00AD6B50" w:rsidRDefault="00D121C1">
    <w:pPr>
      <w:pStyle w:val="a6"/>
      <w:jc w:val="center"/>
    </w:pPr>
    <w:r>
      <w:rPr>
        <w:color w:val="5B6570"/>
        <w:sz w:val="18"/>
      </w:rPr>
      <w:t>Αίτηση συμμετοχής | Θερινό Σχολείο Πολιτικής Οικονομίας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1C8C3" w14:textId="77777777" w:rsidR="00AD3C25" w:rsidRDefault="00AD3C25">
      <w:pPr>
        <w:spacing w:after="0" w:line="240" w:lineRule="auto"/>
      </w:pPr>
      <w:r>
        <w:separator/>
      </w:r>
    </w:p>
  </w:footnote>
  <w:footnote w:type="continuationSeparator" w:id="0">
    <w:p w14:paraId="134024FB" w14:textId="77777777" w:rsidR="00AD3C25" w:rsidRDefault="00AD3C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5541A"/>
    <w:rsid w:val="0029639D"/>
    <w:rsid w:val="002E3E2A"/>
    <w:rsid w:val="00326F90"/>
    <w:rsid w:val="00620A0B"/>
    <w:rsid w:val="00871F4F"/>
    <w:rsid w:val="009C7AEB"/>
    <w:rsid w:val="00A54108"/>
    <w:rsid w:val="00AA1D8D"/>
    <w:rsid w:val="00AB0ECB"/>
    <w:rsid w:val="00AD3C25"/>
    <w:rsid w:val="00AD6B50"/>
    <w:rsid w:val="00B47730"/>
    <w:rsid w:val="00B87991"/>
    <w:rsid w:val="00BC0557"/>
    <w:rsid w:val="00BF026E"/>
    <w:rsid w:val="00CA2B3E"/>
    <w:rsid w:val="00CB0664"/>
    <w:rsid w:val="00CB3033"/>
    <w:rsid w:val="00D0731B"/>
    <w:rsid w:val="00D121C1"/>
    <w:rsid w:val="00D1564F"/>
    <w:rsid w:val="00D20324"/>
    <w:rsid w:val="00E46C39"/>
    <w:rsid w:val="00E62E4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82DF4D"/>
  <w14:defaultImageDpi w14:val="300"/>
  <w15:docId w15:val="{82A5FA5C-19CF-47D2-9DF0-AB12098E0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ptos" w:hAnsi="Aptos"/>
      <w:lang w:val="el-GR" w:eastAsia="el-GR" w:bidi="el-GR"/>
    </w:rPr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Κεφαλίδα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Υποσέλιδο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Επικεφαλίδα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Cs w:val="52"/>
    </w:rPr>
  </w:style>
  <w:style w:type="character" w:customStyle="1" w:styleId="Char1">
    <w:name w:val="Τίτλος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Char2">
    <w:name w:val="Υπότιτλος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Σώμα κειμένου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Κείμενο μακροεντολής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Απόσπασμα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Επικεφαλίδα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Επικεφαλίδα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Επικεφαλίδα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Επικεφαλίδα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Επικεφαλίδα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Επικεφαλίδα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Έντονο απόσπ.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537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Dimitriis Paitaridis</cp:lastModifiedBy>
  <cp:revision>7</cp:revision>
  <dcterms:created xsi:type="dcterms:W3CDTF">2026-05-05T06:12:00Z</dcterms:created>
  <dcterms:modified xsi:type="dcterms:W3CDTF">2026-05-07T06:55:00Z</dcterms:modified>
  <cp:category/>
</cp:coreProperties>
</file>